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סיפורי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אליהו הנביא ותפקידו מול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השוואה בין דמויות ושאלת ערכים של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שלמה והמקדש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חכמה ולב שומע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הכרעה בין שתי נשים שטענו לאותו תינוק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התפלגה לשני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אליהו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נביאי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בקול דממה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לנבות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הרצחת וגם ירשת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בפרקים ו' וח'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ברח מאיזבל אל הר חורב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נבות סירב למכור, ולכן אחאב ואיזבל זממו נגדו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נבואתו מופיעה בפרק י"א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אלוהים התגלה לו דווקא בקול דממה דקה, לא ברעש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משפט שקר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(בנה את בית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(עימת את נביאי הבעל בהר 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(סירב למכור את כרמו)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(יזמה משפט שקר)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(ניבא את פילוג הממלכה)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שתפקיד הנביא להוכיח את המלך גם במחיר סיכון אישי, ולתת דוגמה מכרם נבות או הר 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דמיון: שניהם קשורים לאלוהים ולממלכת ישראל. שוני: שלמה מלך ובונה, אליהו נביא שמוכיח מלכים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אחיה השילוני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אליהו ניצח את נביאי הבעל והוכיח שה' הוא האלוהים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הכרם היה קרוב לארמונו ורצה אותו לגינת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קצרה מפרק י"ח (הר הכרמל) ולדון בדרמה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לדיון ערכי קצר: מה עושים כשרואים אי-צדק, כמו אליהו מול אחאב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עולים ניתן להוסיף נקודות קצרות ונקוד על מילות מפתח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 מלכים א׳ נפגוש את שלמה המלך החכם ובונה המקדש, ואת אליהו הנביא שנאבק מול מלכים ועבודה זרה. נלמד לקרוא פסוקים ולשאול מה תפקידו של נביא מול שלטון.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נמשח שלמה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שלמה בחלום בגבעון?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 ולב שומע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אריכות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משפט שלמה המפורסם?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דין בין שני סוחרים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הכרעה בין שתי נשים שטענו לאותו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על גניבה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דין על כרם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לממלכה אחרי מות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התחזקה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התפלגה לשני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בוטלה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עברה לצור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הבנה -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האכיל את אליהו ליד נחל כרית?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מלאכים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האלמנה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מול מי התמודד אליהו בהר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נביאי הבעל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מלכי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כוהני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התגלה אלוהים לאליהו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ברעם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בקול דממה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ברעש אדמה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שייך הכרם בסיפור כרם נבות?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לאיזבל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אמר אליהו לאחאב אחרי מות נבות?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הרצחת וגם ירשת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דברי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סליחה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בנה את בית המקדש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נמלט למדבר אחרי מעמד הר הכרמל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נבות מכר את כרמו לאחאב ברצון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אחיה השילוני ניבא את פילוג הממלכה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ראה את אלוהים ברעש אדמה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שלמה ביקש מאלוהים __________ כדי לשפוט את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אליהו קיבל מזון מהעורבים ליד נחל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בהר __________ התמודד אליהו מול נביאי הבעל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המעמד בהר הכרמל ברח אליהו אל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אחאב רצה לקחת את ה__________ של נבות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איזבל ארגנה נגד נבות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יזמה משפט שקר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ניבא את פילוג הממלכה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עימת את נביאי הבעל בהר 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איזבל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בנה את בית 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אחיה השילוני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סירב למכור את כרמו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קצרה: מה לדעתכם תפקידו של נביא מול שלטון? הסתמכו על סיפור אליהו ואחאב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שלמה לאליהו - נקודה אחת דומה ונקודה אחת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ניבא את פילוג הממלכה אחרי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אחאב רצה את כרם נבות?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מלכים - שלמה, אליהו והנבואה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