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מלכים - שלמה, אליהו והנבואה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עיקרי סיפורי שלמה והמקדש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סיפורי אליהו הנביא ותפקידו מול השלטון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יכולת השוואה בין דמויות ושאלת ערכים של צדק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שלמה והמקדש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בגיחון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חכמה ולב שומע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הכרעה בין שתי נשים שטענו לאותו תינוק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היא התפלגה לשני חלקים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הבנה - אליהו הנביא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עורבים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נביאי הבעל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בקול דממה דקה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לנבות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הרצחת וגם ירשת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/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בפרקים ו' וח'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ברח מאיזבל אל הר חורב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נבות סירב למכור, ולכן אחאב ואיזבל זממו נגדו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נבואתו מופיעה בפרק י"א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אלוהים התגלה לו דווקא בקול דממה דקה, לא ברעש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הכרמל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כרם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משפט שקר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(בנה את בית המקדש)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(עימת את נביאי הבעל בהר הכרמל)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(סירב למכור את כרמו)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(יזמה משפט שקר)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ה (ניבא את פילוג הממלכה)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יסביר/תסביר שתפקיד הנביא להוכיח את המלך גם במחיר סיכון אישי, ולתת דוגמה מכרם נבות או הר הכרמל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דמיון: שניהם קשורים לאלוהים ולממלכת ישראל. שוני: שלמה מלך ובונה, אליהו נביא שמוכיח מלכים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אחיה השילוני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אליהו ניצח את נביאי הבעל והוכיח שה' הוא האלוהים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הכרם היה קרוב לארמונו ורצה אותו לגינת ירק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בקריאה קצרה מפרק י"ח (הר הכרמל) ולדון בדרמה שבסיפור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לדיון ערכי קצר: מה עושים כשרואים אי-צדק, כמו אליהו מול אחאב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בגרסת עולים ניתן להוסיף נקודות קצרות ונקוד על מילות מפתח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מלכים - שלמה, אליהו והנבואה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בספר מלכים יש שני אנשים חשובים: שלמה המלך ואליהו הנביא. שלמה בנה בית מקדש. אליהו דיבר נגד מלכים רעים. נלמד עליהם.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נביא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שמעביר מסר מאלוהים לעם ולמלך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בצורת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תקופה ארוכה בלי גשם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הר הכרמל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 בצפון הארץ, שם אליהו התמודד עם נביאי הבעל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קול דממה דקה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שקט עדין, כך אלוהים נגלה לאליהו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פילוג הממלכה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פירוד הממלכה לשני חלקים אחרי שלמה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שטח אדמה שגדל בו גפנים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חנוכת הבית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 פתיחת המקדש בירושלים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 שקר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משפטי לא הוגן שנועד להרשיע חף מפשע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שלמה והמקדש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שלמה הפך למלך?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בגיחון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בחברון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בשכם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שלמה ביקש מאלוהים?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חכמה ולב שומע 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ניצחון במלחמה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אריכות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על מה היה המשפט המפורסם של שלמה?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דין בין שני סוחרים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הכרעה בין שתי נשים שטענו לאותו תינוק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משפט על גניבה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דין על כרם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קרה אחרי ששלמה מת?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התחזקה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התפלגה לשני חלקים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בוטלה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עברה לצור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הבנה - אליהו הנביא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הביא אוכל לאליהו ליד הנחל?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מלאכים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האלמנה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עם מי אליהו רב בהר הכרמל?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נביאי הבעל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מלכי שכנים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פלשתים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כוהני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אלוהים דיבר לאליהו במדבר?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ברעם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באש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בקול דממה דקה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ברעש אדמה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של מי היה הכרם?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לאחאב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לאיזבל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לנבות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לאליהו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אליהו אמר למלך אחאב?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הרצחת וגם ירשת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דברי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בקשת סליחה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/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שלמה בנה את בית המקדש בירושלים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אליהו נמלט למדבר אחרי מעמד הר הכרמל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נבות מכר את כרמו לאחאב ברצון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אחיה השילוני ניבא את פילוג הממלכה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אליהו ראה את אלוהים ברעש אדמה חזק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שלמה ביקש מאלוהים __________ כדי לשפוט את העם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אליהו קיבל מזון מהעורבים ליד נחל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בהר __________ התמודד אליהו מול נביאי הבעל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לאחר המעמד בהר הכרמל ברח אליהו אל הר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אחאב רצה לקחת את ה__________ של נבות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איזבל ארגנה נגד נבות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יזמה משפט שקר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אליהו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עימת את נביאי הבעל בהר הכרמל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בנה את בית המקדש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איזבל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סירב למכור את כרמו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אחיה השילוני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ניבא את פילוג הממלכה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פיסקה קצרה: מה לדעתכם תפקידו של נביא מול שלטון? הסתמכו על סיפור אליהו ואחאב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השוו בין שלמה לאליהו - נקודה אחת דומה ונקודה אחת שונה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ניבא את פילוג הממלכה אחרי שלמה?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בהר הכרמל?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אחאב רצה את כרם נבות?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מלכים - שלמה, אליהו והנבואה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