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ספרות ותנ״ך: מסע בין סיפורים ופסוקים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מלכים - שלמה, אליהו והנבואה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עיקרי סיפורי שלמה והמקדש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סיפורי אליהו הנביא ותפקידו מול השלטון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לפתח יכולת השוואה בין דמויות ושאלת ערכים של צדק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- שלמה והמקדש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בגיחון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חכמה ולב שומע משפט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הבנה - אליהו הנביא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עורבים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נביאי הבעל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נכון /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כתוב בפרקים ו' וח'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ברח מאיזבל אל הר חורב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חכמה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כרית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הכרמל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(בנה את בית המקדש)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(עימת את נביאי הבעל בהר הכרמל)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(סירב למכור את כרמו)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(יזמה משפט שקר)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והבעה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התלמיד/ה יסביר/תסביר שתפקיד הנביא להוכיח את המלך גם במחיר סיכון אישי, ולתת דוגמה מכרם נבות או הר הכרמל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אחיה השילוני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אליהו ניצח את נביאי הבעל והוכיח שה' הוא האלוהים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כי הכרם היה קרוב לארמונו ורצה אותו לגינת ירק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בקריאה קצרה מפרק י"ח (הר הכרמל) ולדון בדרמה שבסיפור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לחבר לדיון ערכי קצר: מה עושים כשרואים אי-צדק, כמו אליהו מול אחאב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בגרסת עולים ניתן להוסיף נקודות קצרות ונקוד על מילות מפתח בלבד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ספרות ותנ״ך: מסע בין סיפורים ופסוקים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מלכים - שלמה, אליהו והנבואה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בספר מלכים א׳ נפגוש את שלמה המלך החכם ובונה המקדש, ואת אליהו הנביא שנאבק מול מלכים ועבודה זרה. נלמד לקרוא פסוקים ולשאול מה תפקידו של נביא מול שלטון.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הכרמל  ·  חכמה  ·  כרית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הבנה - שלמה והמקדש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איפה נמשח שלמה למלך?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בגיחון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בירושלים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בחברון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ביקש שלמה בחלום בגבעון?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עושר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חכמה ולב שומע משפט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ניצחון במלחמה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הבנה - אליהו הנביא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מי האכיל את אליהו ליד נחל כרית?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מלאכים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עורבים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האלמנה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מול מי התמודד אליהו בהר הכרמל?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נביאי הבעל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מלכי שכנים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פלשתים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נכון /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שלמה בנה את בית המקדש בירושלים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אליהו נמלט למדבר אחרי מעמד הר הכרמל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שלמה ביקש מאלוהים __________ כדי לשפוט את העם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אליהו קיבל מזון מהעורבים ליד נחל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בהר __________ התמודד אליהו מול נביאי הבעל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שלמה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עימת את נביאי הבעל בהר הכרמל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אליהו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סירב למכור את כרמו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נבות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יזמה משפט שקר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איזבל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בנה את בית המקדש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והבעה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פיסקה קצרה: מה לדעתכם תפקידו של נביא מול שלטון? הסתמכו על סיפור אליהו ואחאב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מי ניבא את פילוג הממלכה אחרי שלמה?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קרה בהר הכרמל?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מלכים - שלמה, אליהו והנבואה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